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AE5" w:rsidRDefault="00E26AE5">
      <w:pPr>
        <w:pStyle w:val="KonuBal"/>
        <w:spacing w:before="20" w:after="40"/>
        <w:jc w:val="center"/>
      </w:pPr>
    </w:p>
    <w:p w:rsidR="00E26AE5" w:rsidRDefault="00E26AE5">
      <w:pPr>
        <w:pStyle w:val="KonuBal"/>
        <w:spacing w:before="20" w:after="40"/>
        <w:jc w:val="center"/>
      </w:pPr>
    </w:p>
    <w:p w:rsidR="00775881" w:rsidRDefault="003D34AD">
      <w:pPr>
        <w:pStyle w:val="KonuBal"/>
        <w:spacing w:before="20" w:after="40"/>
        <w:jc w:val="center"/>
      </w:pPr>
      <w:r>
        <w:t xml:space="preserve">TEKLİF FORMU </w:t>
      </w:r>
      <w:r w:rsidR="00C90732">
        <w:t>2</w:t>
      </w:r>
    </w:p>
    <w:p w:rsidR="00775881" w:rsidRDefault="00775881">
      <w:pPr>
        <w:spacing w:after="140"/>
        <w:jc w:val="center"/>
      </w:pPr>
    </w:p>
    <w:tbl>
      <w:tblPr>
        <w:tblW w:w="0" w:type="auto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3888"/>
        <w:gridCol w:w="1699"/>
        <w:gridCol w:w="3081"/>
      </w:tblGrid>
      <w:tr w:rsidR="00775881" w:rsidTr="00E26AE5">
        <w:trPr>
          <w:jc w:val="center"/>
        </w:trPr>
        <w:tc>
          <w:tcPr>
            <w:tcW w:w="1843" w:type="dxa"/>
            <w:shd w:val="clear" w:color="auto" w:fill="DCEAF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775881" w:rsidRDefault="00E26AE5">
            <w:pPr>
              <w:spacing w:after="0" w:line="245" w:lineRule="auto"/>
            </w:pPr>
            <w:proofErr w:type="spellStart"/>
            <w:r>
              <w:rPr>
                <w:b/>
                <w:color w:val="183A5A"/>
                <w:sz w:val="17"/>
              </w:rPr>
              <w:t>İhale</w:t>
            </w:r>
            <w:proofErr w:type="spellEnd"/>
            <w:r w:rsidR="00712201">
              <w:rPr>
                <w:b/>
                <w:color w:val="183A5A"/>
                <w:sz w:val="17"/>
              </w:rPr>
              <w:t xml:space="preserve"> </w:t>
            </w:r>
            <w:proofErr w:type="spellStart"/>
            <w:r w:rsidR="00712201">
              <w:rPr>
                <w:b/>
                <w:color w:val="183A5A"/>
                <w:sz w:val="17"/>
              </w:rPr>
              <w:t>Adı</w:t>
            </w:r>
            <w:proofErr w:type="spellEnd"/>
          </w:p>
        </w:tc>
        <w:tc>
          <w:tcPr>
            <w:tcW w:w="8668" w:type="dxa"/>
            <w:gridSpan w:val="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775881" w:rsidRDefault="00775881">
            <w:pPr>
              <w:spacing w:after="0" w:line="245" w:lineRule="auto"/>
            </w:pPr>
          </w:p>
          <w:p w:rsidR="00E26AE5" w:rsidRDefault="00E26AE5">
            <w:pPr>
              <w:spacing w:after="0" w:line="245" w:lineRule="auto"/>
            </w:pPr>
            <w:r>
              <w:t>GEMİ YAT VE HİZMETLERİ İHRACATÇILARI BİRLİĞİ</w:t>
            </w:r>
          </w:p>
          <w:p w:rsidR="003D34AD" w:rsidRDefault="00E26AE5">
            <w:pPr>
              <w:spacing w:after="0" w:line="245" w:lineRule="auto"/>
            </w:pPr>
            <w:r>
              <w:t>NOR</w:t>
            </w:r>
            <w:r w:rsidR="003D34AD">
              <w:t>-</w:t>
            </w:r>
            <w:r>
              <w:t>SHIPPING 2027 FUARI MİLLİ KATILIM ORGANİZASYONU</w:t>
            </w:r>
          </w:p>
          <w:p w:rsidR="00775881" w:rsidRDefault="00E26AE5">
            <w:pPr>
              <w:spacing w:after="0" w:line="245" w:lineRule="auto"/>
            </w:pPr>
            <w:r>
              <w:t>KONSTRÜKSİYON İHALESİ</w:t>
            </w:r>
            <w:r w:rsidR="00C90732">
              <w:t xml:space="preserve"> </w:t>
            </w:r>
            <w:r w:rsidR="00C90732" w:rsidRPr="00C90732">
              <w:rPr>
                <w:color w:val="C00000"/>
              </w:rPr>
              <w:t xml:space="preserve">(STANT 1 – 2 – 3) </w:t>
            </w:r>
          </w:p>
          <w:p w:rsidR="00775881" w:rsidRDefault="00775881">
            <w:pPr>
              <w:spacing w:after="0" w:line="245" w:lineRule="auto"/>
            </w:pPr>
          </w:p>
        </w:tc>
      </w:tr>
      <w:tr w:rsidR="003D34AD" w:rsidTr="003D34AD">
        <w:trPr>
          <w:trHeight w:val="638"/>
          <w:jc w:val="center"/>
        </w:trPr>
        <w:tc>
          <w:tcPr>
            <w:tcW w:w="1843" w:type="dxa"/>
            <w:shd w:val="clear" w:color="auto" w:fill="DCEAF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D34AD" w:rsidRDefault="003D34AD" w:rsidP="0099389D">
            <w:pPr>
              <w:spacing w:after="0" w:line="245" w:lineRule="auto"/>
            </w:pPr>
            <w:proofErr w:type="spellStart"/>
            <w:r>
              <w:rPr>
                <w:b/>
                <w:color w:val="183A5A"/>
                <w:sz w:val="17"/>
              </w:rPr>
              <w:t>Teklif</w:t>
            </w:r>
            <w:proofErr w:type="spellEnd"/>
            <w:r>
              <w:rPr>
                <w:b/>
                <w:color w:val="183A5A"/>
                <w:sz w:val="17"/>
              </w:rPr>
              <w:t xml:space="preserve"> </w:t>
            </w:r>
            <w:proofErr w:type="spellStart"/>
            <w:r>
              <w:rPr>
                <w:b/>
                <w:color w:val="183A5A"/>
                <w:sz w:val="17"/>
              </w:rPr>
              <w:t>Veren</w:t>
            </w:r>
            <w:proofErr w:type="spellEnd"/>
            <w:r>
              <w:rPr>
                <w:b/>
                <w:color w:val="183A5A"/>
                <w:sz w:val="17"/>
              </w:rPr>
              <w:t xml:space="preserve"> Firma</w:t>
            </w:r>
          </w:p>
        </w:tc>
        <w:tc>
          <w:tcPr>
            <w:tcW w:w="38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D34AD" w:rsidRDefault="003D34AD">
            <w:pPr>
              <w:spacing w:after="0" w:line="245" w:lineRule="auto"/>
            </w:pPr>
          </w:p>
        </w:tc>
        <w:tc>
          <w:tcPr>
            <w:tcW w:w="1699" w:type="dxa"/>
            <w:shd w:val="clear" w:color="auto" w:fill="DCEAF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D34AD" w:rsidRDefault="003D34AD">
            <w:pPr>
              <w:spacing w:after="0" w:line="245" w:lineRule="auto"/>
            </w:pPr>
            <w:r>
              <w:rPr>
                <w:b/>
                <w:color w:val="183A5A"/>
                <w:sz w:val="17"/>
              </w:rPr>
              <w:t>Teklif Tarihi</w:t>
            </w:r>
          </w:p>
        </w:tc>
        <w:tc>
          <w:tcPr>
            <w:tcW w:w="308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D34AD" w:rsidRDefault="003D34AD">
            <w:pPr>
              <w:spacing w:after="0" w:line="245" w:lineRule="auto"/>
            </w:pPr>
            <w:r>
              <w:rPr>
                <w:color w:val="000000"/>
                <w:sz w:val="17"/>
              </w:rPr>
              <w:t>____ / ____ / ______</w:t>
            </w:r>
          </w:p>
        </w:tc>
      </w:tr>
    </w:tbl>
    <w:p w:rsidR="00775881" w:rsidRDefault="00712201">
      <w:pPr>
        <w:spacing w:before="80"/>
      </w:pPr>
      <w:proofErr w:type="spellStart"/>
      <w:r>
        <w:rPr>
          <w:b/>
          <w:color w:val="000000"/>
          <w:sz w:val="21"/>
        </w:rPr>
        <w:t>Fiyat</w:t>
      </w:r>
      <w:proofErr w:type="spellEnd"/>
      <w:r>
        <w:rPr>
          <w:b/>
          <w:color w:val="000000"/>
          <w:sz w:val="21"/>
        </w:rPr>
        <w:t xml:space="preserve"> </w:t>
      </w:r>
      <w:proofErr w:type="spellStart"/>
      <w:r>
        <w:rPr>
          <w:b/>
          <w:color w:val="000000"/>
          <w:sz w:val="21"/>
        </w:rPr>
        <w:t>Teklifi</w:t>
      </w:r>
      <w:proofErr w:type="spellEnd"/>
    </w:p>
    <w:tbl>
      <w:tblPr>
        <w:tblW w:w="0" w:type="auto"/>
        <w:tblInd w:w="100" w:type="dxa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722"/>
        <w:gridCol w:w="2255"/>
        <w:gridCol w:w="4394"/>
      </w:tblGrid>
      <w:tr w:rsidR="003D34AD" w:rsidTr="009E20BE">
        <w:trPr>
          <w:trHeight w:val="142"/>
          <w:tblHeader/>
        </w:trPr>
        <w:tc>
          <w:tcPr>
            <w:tcW w:w="722" w:type="dxa"/>
            <w:shd w:val="clear" w:color="auto" w:fill="183A5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D34AD" w:rsidRDefault="003D34AD">
            <w:pPr>
              <w:spacing w:after="0" w:line="245" w:lineRule="auto"/>
              <w:jc w:val="center"/>
            </w:pPr>
            <w:r>
              <w:rPr>
                <w:b/>
                <w:color w:val="FFFFFF"/>
                <w:sz w:val="15"/>
              </w:rPr>
              <w:t>No</w:t>
            </w:r>
          </w:p>
        </w:tc>
        <w:tc>
          <w:tcPr>
            <w:tcW w:w="2255" w:type="dxa"/>
            <w:shd w:val="clear" w:color="auto" w:fill="183A5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D34AD" w:rsidRDefault="003D34AD" w:rsidP="009E20BE">
            <w:pPr>
              <w:spacing w:after="0" w:line="245" w:lineRule="auto"/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İş</w:t>
            </w:r>
            <w:proofErr w:type="spellEnd"/>
            <w:r>
              <w:rPr>
                <w:b/>
                <w:color w:val="FFFFFF"/>
                <w:sz w:val="15"/>
              </w:rPr>
              <w:t xml:space="preserve"> </w:t>
            </w:r>
          </w:p>
        </w:tc>
        <w:tc>
          <w:tcPr>
            <w:tcW w:w="4394" w:type="dxa"/>
            <w:shd w:val="clear" w:color="auto" w:fill="183A5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D34AD" w:rsidRDefault="00066C78">
            <w:pPr>
              <w:spacing w:after="0" w:line="245" w:lineRule="auto"/>
              <w:jc w:val="center"/>
            </w:pPr>
            <w:r>
              <w:rPr>
                <w:b/>
                <w:color w:val="FFFFFF"/>
                <w:sz w:val="15"/>
              </w:rPr>
              <w:t>TEKLİF TUTARI</w:t>
            </w:r>
            <w:r w:rsidR="00712201">
              <w:rPr>
                <w:b/>
                <w:color w:val="FFFFFF"/>
                <w:sz w:val="15"/>
              </w:rPr>
              <w:t xml:space="preserve"> (Euro)</w:t>
            </w:r>
          </w:p>
        </w:tc>
      </w:tr>
      <w:tr w:rsidR="003D34AD" w:rsidTr="009E20BE">
        <w:trPr>
          <w:trHeight w:val="173"/>
        </w:trPr>
        <w:tc>
          <w:tcPr>
            <w:tcW w:w="72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D34AD" w:rsidRDefault="003D34AD">
            <w:pPr>
              <w:spacing w:after="0" w:line="245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225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D34AD" w:rsidRDefault="00066C78" w:rsidP="009E20BE">
            <w:pPr>
              <w:spacing w:after="0" w:line="245" w:lineRule="auto"/>
              <w:jc w:val="center"/>
            </w:pPr>
            <w:r>
              <w:rPr>
                <w:b/>
                <w:color w:val="000000"/>
                <w:sz w:val="16"/>
              </w:rPr>
              <w:t>STANT 1</w:t>
            </w:r>
          </w:p>
        </w:tc>
        <w:tc>
          <w:tcPr>
            <w:tcW w:w="439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D34AD" w:rsidRDefault="003D34AD">
            <w:pPr>
              <w:spacing w:after="0" w:line="245" w:lineRule="auto"/>
              <w:jc w:val="center"/>
            </w:pPr>
          </w:p>
        </w:tc>
      </w:tr>
      <w:tr w:rsidR="003D34AD" w:rsidTr="009E20BE">
        <w:trPr>
          <w:trHeight w:val="173"/>
        </w:trPr>
        <w:tc>
          <w:tcPr>
            <w:tcW w:w="72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D34AD" w:rsidRDefault="003D34AD">
            <w:pPr>
              <w:spacing w:after="0" w:line="245" w:lineRule="auto"/>
              <w:jc w:val="center"/>
            </w:pPr>
            <w:r>
              <w:rPr>
                <w:color w:val="000000"/>
                <w:sz w:val="16"/>
              </w:rPr>
              <w:t>2</w:t>
            </w:r>
          </w:p>
        </w:tc>
        <w:tc>
          <w:tcPr>
            <w:tcW w:w="2255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D34AD" w:rsidRDefault="00066C78" w:rsidP="009E20BE">
            <w:pPr>
              <w:spacing w:after="0" w:line="245" w:lineRule="auto"/>
              <w:jc w:val="center"/>
            </w:pPr>
            <w:r>
              <w:rPr>
                <w:b/>
                <w:color w:val="000000"/>
                <w:sz w:val="16"/>
              </w:rPr>
              <w:t>STANT 2</w:t>
            </w:r>
          </w:p>
        </w:tc>
        <w:tc>
          <w:tcPr>
            <w:tcW w:w="439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D34AD" w:rsidRDefault="003D34AD">
            <w:pPr>
              <w:spacing w:after="0" w:line="245" w:lineRule="auto"/>
              <w:jc w:val="center"/>
            </w:pPr>
          </w:p>
        </w:tc>
      </w:tr>
      <w:tr w:rsidR="003D34AD" w:rsidTr="009E20BE">
        <w:trPr>
          <w:trHeight w:val="173"/>
        </w:trPr>
        <w:tc>
          <w:tcPr>
            <w:tcW w:w="72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D34AD" w:rsidRDefault="00247AAA">
            <w:pPr>
              <w:spacing w:after="0" w:line="245" w:lineRule="auto"/>
              <w:jc w:val="center"/>
            </w:pPr>
            <w:r>
              <w:rPr>
                <w:color w:val="000000"/>
                <w:sz w:val="16"/>
              </w:rPr>
              <w:t>3</w:t>
            </w:r>
          </w:p>
        </w:tc>
        <w:tc>
          <w:tcPr>
            <w:tcW w:w="2255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D34AD" w:rsidRDefault="00066C78" w:rsidP="009E20BE">
            <w:pPr>
              <w:spacing w:after="0" w:line="245" w:lineRule="auto"/>
              <w:jc w:val="center"/>
            </w:pPr>
            <w:r>
              <w:rPr>
                <w:b/>
                <w:color w:val="000000"/>
                <w:sz w:val="16"/>
              </w:rPr>
              <w:t>STANT 3</w:t>
            </w:r>
          </w:p>
        </w:tc>
        <w:tc>
          <w:tcPr>
            <w:tcW w:w="439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D34AD" w:rsidRDefault="003D34AD">
            <w:pPr>
              <w:spacing w:after="0" w:line="245" w:lineRule="auto"/>
              <w:jc w:val="center"/>
            </w:pPr>
          </w:p>
        </w:tc>
        <w:bookmarkStart w:id="0" w:name="_GoBack"/>
        <w:bookmarkEnd w:id="0"/>
      </w:tr>
      <w:tr w:rsidR="003D34AD" w:rsidTr="009E20BE">
        <w:trPr>
          <w:trHeight w:val="328"/>
        </w:trPr>
        <w:tc>
          <w:tcPr>
            <w:tcW w:w="7371" w:type="dxa"/>
            <w:gridSpan w:val="3"/>
            <w:shd w:val="clear" w:color="auto" w:fill="DCEAF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D34AD" w:rsidRPr="00712201" w:rsidRDefault="00712201" w:rsidP="00B30A6C">
            <w:pPr>
              <w:pStyle w:val="GvdeMetni3"/>
              <w:tabs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Theme="minorHAnsi" w:hAnsiTheme="minorHAnsi" w:cstheme="minorHAnsi"/>
                <w:szCs w:val="22"/>
              </w:rPr>
            </w:pPr>
            <w:r w:rsidRPr="00712201">
              <w:rPr>
                <w:b/>
                <w:color w:val="000000"/>
              </w:rPr>
              <w:t>NOT:</w:t>
            </w:r>
            <w:r w:rsidR="00066C78">
              <w:rPr>
                <w:b/>
                <w:color w:val="000000"/>
              </w:rPr>
              <w:t xml:space="preserve"> </w:t>
            </w:r>
            <w:proofErr w:type="spellStart"/>
            <w:r w:rsidR="00066C78" w:rsidRPr="009E20BE">
              <w:rPr>
                <w:color w:val="000000"/>
              </w:rPr>
              <w:t>Şartname</w:t>
            </w:r>
            <w:proofErr w:type="spellEnd"/>
            <w:r w:rsidR="00066C78" w:rsidRPr="009E20BE">
              <w:rPr>
                <w:color w:val="000000"/>
              </w:rPr>
              <w:t xml:space="preserve"> </w:t>
            </w:r>
            <w:proofErr w:type="spellStart"/>
            <w:r w:rsidR="00066C78" w:rsidRPr="009E20BE">
              <w:rPr>
                <w:color w:val="000000"/>
              </w:rPr>
              <w:t>ekinde</w:t>
            </w:r>
            <w:proofErr w:type="spellEnd"/>
            <w:r w:rsidR="00066C78" w:rsidRPr="009E20BE">
              <w:rPr>
                <w:color w:val="000000"/>
              </w:rPr>
              <w:t xml:space="preserve"> </w:t>
            </w:r>
            <w:proofErr w:type="spellStart"/>
            <w:r w:rsidR="00066C78" w:rsidRPr="009E20BE">
              <w:rPr>
                <w:color w:val="000000"/>
              </w:rPr>
              <w:t>yer</w:t>
            </w:r>
            <w:proofErr w:type="spellEnd"/>
            <w:r w:rsidR="00066C78" w:rsidRPr="009E20BE">
              <w:rPr>
                <w:color w:val="000000"/>
              </w:rPr>
              <w:t xml:space="preserve"> </w:t>
            </w:r>
            <w:proofErr w:type="spellStart"/>
            <w:r w:rsidR="00066C78" w:rsidRPr="009E20BE">
              <w:rPr>
                <w:color w:val="000000"/>
              </w:rPr>
              <w:t>alan</w:t>
            </w:r>
            <w:proofErr w:type="spellEnd"/>
            <w:r w:rsidR="00066C78" w:rsidRPr="009E20BE">
              <w:rPr>
                <w:color w:val="000000"/>
              </w:rPr>
              <w:t xml:space="preserve"> STANT 1- STANT 2 ve STANT 3 </w:t>
            </w:r>
            <w:proofErr w:type="spellStart"/>
            <w:r w:rsidR="00066C78" w:rsidRPr="009E20BE">
              <w:rPr>
                <w:color w:val="000000"/>
              </w:rPr>
              <w:t>görselleri</w:t>
            </w:r>
            <w:proofErr w:type="spellEnd"/>
            <w:r w:rsidR="00066C78" w:rsidRPr="009E20BE">
              <w:rPr>
                <w:color w:val="000000"/>
              </w:rPr>
              <w:t xml:space="preserve"> </w:t>
            </w:r>
            <w:proofErr w:type="spellStart"/>
            <w:r w:rsidR="00066C78" w:rsidRPr="009E20BE">
              <w:rPr>
                <w:color w:val="000000"/>
              </w:rPr>
              <w:t>baz</w:t>
            </w:r>
            <w:proofErr w:type="spellEnd"/>
            <w:r w:rsidR="00066C78" w:rsidRPr="009E20BE">
              <w:rPr>
                <w:color w:val="000000"/>
              </w:rPr>
              <w:t xml:space="preserve"> </w:t>
            </w:r>
            <w:proofErr w:type="spellStart"/>
            <w:r w:rsidR="00066C78" w:rsidRPr="009E20BE">
              <w:rPr>
                <w:color w:val="000000"/>
              </w:rPr>
              <w:t>alınarak</w:t>
            </w:r>
            <w:proofErr w:type="spellEnd"/>
            <w:r w:rsidR="00066C78" w:rsidRPr="009E20BE">
              <w:rPr>
                <w:color w:val="000000"/>
              </w:rPr>
              <w:t xml:space="preserve"> her </w:t>
            </w:r>
            <w:proofErr w:type="spellStart"/>
            <w:r w:rsidR="00066C78" w:rsidRPr="009E20BE">
              <w:rPr>
                <w:color w:val="000000"/>
              </w:rPr>
              <w:t>bir</w:t>
            </w:r>
            <w:proofErr w:type="spellEnd"/>
            <w:r w:rsidR="00066C78" w:rsidRPr="009E20BE">
              <w:rPr>
                <w:color w:val="000000"/>
              </w:rPr>
              <w:t xml:space="preserve"> </w:t>
            </w:r>
            <w:proofErr w:type="spellStart"/>
            <w:r w:rsidR="00066C78" w:rsidRPr="009E20BE">
              <w:rPr>
                <w:color w:val="000000"/>
              </w:rPr>
              <w:t>stant</w:t>
            </w:r>
            <w:proofErr w:type="spellEnd"/>
            <w:r w:rsidR="00066C78" w:rsidRPr="009E20BE">
              <w:rPr>
                <w:color w:val="000000"/>
              </w:rPr>
              <w:t xml:space="preserve"> </w:t>
            </w:r>
            <w:proofErr w:type="spellStart"/>
            <w:r w:rsidR="00066C78" w:rsidRPr="009E20BE">
              <w:rPr>
                <w:color w:val="000000"/>
              </w:rPr>
              <w:t>için</w:t>
            </w:r>
            <w:proofErr w:type="spellEnd"/>
            <w:r w:rsidR="00066C78" w:rsidRPr="009E20BE">
              <w:rPr>
                <w:color w:val="000000"/>
              </w:rPr>
              <w:t xml:space="preserve"> </w:t>
            </w:r>
            <w:proofErr w:type="spellStart"/>
            <w:r w:rsidR="00066C78" w:rsidRPr="009E20BE">
              <w:rPr>
                <w:color w:val="000000"/>
              </w:rPr>
              <w:t>ayrı</w:t>
            </w:r>
            <w:proofErr w:type="spellEnd"/>
            <w:r w:rsidR="00066C78" w:rsidRPr="009E20BE">
              <w:rPr>
                <w:color w:val="000000"/>
              </w:rPr>
              <w:t xml:space="preserve"> </w:t>
            </w:r>
            <w:proofErr w:type="spellStart"/>
            <w:r w:rsidR="00066C78" w:rsidRPr="009E20BE">
              <w:rPr>
                <w:color w:val="000000"/>
              </w:rPr>
              <w:t>teklif</w:t>
            </w:r>
            <w:proofErr w:type="spellEnd"/>
            <w:r w:rsidR="00066C78" w:rsidRPr="009E20BE">
              <w:rPr>
                <w:color w:val="000000"/>
              </w:rPr>
              <w:t xml:space="preserve"> </w:t>
            </w:r>
            <w:proofErr w:type="spellStart"/>
            <w:r w:rsidR="00066C78" w:rsidRPr="009E20BE">
              <w:rPr>
                <w:color w:val="000000"/>
              </w:rPr>
              <w:t>tutarı</w:t>
            </w:r>
            <w:proofErr w:type="spellEnd"/>
            <w:r w:rsidR="00066C78" w:rsidRPr="009E20BE">
              <w:rPr>
                <w:color w:val="000000"/>
              </w:rPr>
              <w:t xml:space="preserve"> </w:t>
            </w:r>
            <w:proofErr w:type="spellStart"/>
            <w:r w:rsidR="00066C78" w:rsidRPr="009E20BE">
              <w:rPr>
                <w:color w:val="000000"/>
              </w:rPr>
              <w:t>girilmelidir</w:t>
            </w:r>
            <w:proofErr w:type="spellEnd"/>
            <w:r w:rsidR="00066C78" w:rsidRPr="009E20BE">
              <w:rPr>
                <w:color w:val="000000"/>
              </w:rPr>
              <w:t>.</w:t>
            </w:r>
          </w:p>
        </w:tc>
      </w:tr>
    </w:tbl>
    <w:p w:rsidR="003D34AD" w:rsidRDefault="003D34AD">
      <w:pPr>
        <w:spacing w:before="80"/>
        <w:rPr>
          <w:b/>
          <w:color w:val="000000"/>
          <w:sz w:val="21"/>
        </w:rPr>
      </w:pPr>
    </w:p>
    <w:p w:rsidR="00775881" w:rsidRDefault="00712201">
      <w:pPr>
        <w:spacing w:before="80"/>
      </w:pPr>
      <w:proofErr w:type="spellStart"/>
      <w:r>
        <w:rPr>
          <w:b/>
          <w:color w:val="000000"/>
          <w:sz w:val="21"/>
        </w:rPr>
        <w:t>Teklif</w:t>
      </w:r>
      <w:proofErr w:type="spellEnd"/>
      <w:r>
        <w:rPr>
          <w:b/>
          <w:color w:val="000000"/>
          <w:sz w:val="21"/>
        </w:rPr>
        <w:t xml:space="preserve"> </w:t>
      </w:r>
      <w:proofErr w:type="spellStart"/>
      <w:r>
        <w:rPr>
          <w:b/>
          <w:color w:val="000000"/>
          <w:sz w:val="21"/>
        </w:rPr>
        <w:t>Veren</w:t>
      </w:r>
      <w:proofErr w:type="spellEnd"/>
      <w:r>
        <w:rPr>
          <w:b/>
          <w:color w:val="000000"/>
          <w:sz w:val="21"/>
        </w:rPr>
        <w:t xml:space="preserve"> Firma </w:t>
      </w:r>
      <w:proofErr w:type="spellStart"/>
      <w:r>
        <w:rPr>
          <w:b/>
          <w:color w:val="000000"/>
          <w:sz w:val="21"/>
        </w:rPr>
        <w:t>Onayı</w:t>
      </w:r>
      <w:proofErr w:type="spellEnd"/>
    </w:p>
    <w:tbl>
      <w:tblPr>
        <w:tblW w:w="0" w:type="auto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944"/>
        <w:gridCol w:w="3816"/>
        <w:gridCol w:w="4751"/>
      </w:tblGrid>
      <w:tr w:rsidR="00712201" w:rsidTr="00712201">
        <w:trPr>
          <w:trHeight w:val="703"/>
          <w:jc w:val="center"/>
        </w:trPr>
        <w:tc>
          <w:tcPr>
            <w:tcW w:w="1944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712201" w:rsidRDefault="00712201">
            <w:pPr>
              <w:spacing w:after="0" w:line="245" w:lineRule="auto"/>
            </w:pPr>
            <w:proofErr w:type="spellStart"/>
            <w:r>
              <w:rPr>
                <w:b/>
                <w:color w:val="183A5A"/>
                <w:sz w:val="17"/>
              </w:rPr>
              <w:t>Yetkili</w:t>
            </w:r>
            <w:proofErr w:type="spellEnd"/>
            <w:r>
              <w:rPr>
                <w:b/>
                <w:color w:val="183A5A"/>
                <w:sz w:val="17"/>
              </w:rPr>
              <w:t xml:space="preserve"> </w:t>
            </w:r>
            <w:proofErr w:type="spellStart"/>
            <w:r>
              <w:rPr>
                <w:b/>
                <w:color w:val="183A5A"/>
                <w:sz w:val="17"/>
              </w:rPr>
              <w:t>Adı</w:t>
            </w:r>
            <w:proofErr w:type="spellEnd"/>
            <w:r>
              <w:rPr>
                <w:b/>
                <w:color w:val="183A5A"/>
                <w:sz w:val="17"/>
              </w:rPr>
              <w:t xml:space="preserve"> </w:t>
            </w:r>
            <w:proofErr w:type="spellStart"/>
            <w:r>
              <w:rPr>
                <w:b/>
                <w:color w:val="183A5A"/>
                <w:sz w:val="17"/>
              </w:rPr>
              <w:t>Soyadı</w:t>
            </w:r>
            <w:proofErr w:type="spellEnd"/>
          </w:p>
        </w:tc>
        <w:tc>
          <w:tcPr>
            <w:tcW w:w="38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712201" w:rsidRDefault="00712201">
            <w:pPr>
              <w:spacing w:after="0" w:line="245" w:lineRule="auto"/>
            </w:pPr>
          </w:p>
        </w:tc>
        <w:tc>
          <w:tcPr>
            <w:tcW w:w="4751" w:type="dxa"/>
            <w:vMerge w:val="restart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712201" w:rsidRDefault="00712201">
            <w:pPr>
              <w:spacing w:after="0" w:line="245" w:lineRule="auto"/>
            </w:pPr>
            <w:proofErr w:type="spellStart"/>
            <w:r>
              <w:rPr>
                <w:b/>
                <w:color w:val="183A5A"/>
                <w:sz w:val="17"/>
              </w:rPr>
              <w:t>Kaşe</w:t>
            </w:r>
            <w:proofErr w:type="spellEnd"/>
            <w:r>
              <w:rPr>
                <w:b/>
                <w:color w:val="183A5A"/>
                <w:sz w:val="17"/>
              </w:rPr>
              <w:t xml:space="preserve"> ve </w:t>
            </w:r>
            <w:proofErr w:type="spellStart"/>
            <w:r>
              <w:rPr>
                <w:b/>
                <w:color w:val="183A5A"/>
                <w:sz w:val="17"/>
              </w:rPr>
              <w:t>İmza</w:t>
            </w:r>
            <w:proofErr w:type="spellEnd"/>
            <w:r>
              <w:rPr>
                <w:b/>
                <w:color w:val="183A5A"/>
                <w:sz w:val="17"/>
              </w:rPr>
              <w:br/>
            </w:r>
          </w:p>
          <w:p w:rsidR="00712201" w:rsidRDefault="00712201" w:rsidP="006C40D4">
            <w:pPr>
              <w:spacing w:after="0" w:line="245" w:lineRule="auto"/>
            </w:pPr>
            <w:r>
              <w:rPr>
                <w:color w:val="000000"/>
                <w:sz w:val="17"/>
              </w:rPr>
              <w:br/>
            </w:r>
          </w:p>
        </w:tc>
      </w:tr>
      <w:tr w:rsidR="00712201" w:rsidTr="00712201">
        <w:trPr>
          <w:trHeight w:val="659"/>
          <w:jc w:val="center"/>
        </w:trPr>
        <w:tc>
          <w:tcPr>
            <w:tcW w:w="1944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712201" w:rsidRDefault="00712201">
            <w:pPr>
              <w:spacing w:after="0" w:line="245" w:lineRule="auto"/>
            </w:pPr>
            <w:proofErr w:type="spellStart"/>
            <w:r>
              <w:rPr>
                <w:b/>
                <w:color w:val="183A5A"/>
                <w:sz w:val="17"/>
              </w:rPr>
              <w:t>Unvan</w:t>
            </w:r>
            <w:proofErr w:type="spellEnd"/>
            <w:r>
              <w:rPr>
                <w:b/>
                <w:color w:val="183A5A"/>
                <w:sz w:val="17"/>
              </w:rPr>
              <w:br/>
            </w:r>
          </w:p>
        </w:tc>
        <w:tc>
          <w:tcPr>
            <w:tcW w:w="38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712201" w:rsidRDefault="00712201">
            <w:pPr>
              <w:spacing w:after="0" w:line="245" w:lineRule="auto"/>
            </w:pPr>
            <w:r>
              <w:rPr>
                <w:color w:val="000000"/>
                <w:sz w:val="17"/>
              </w:rPr>
              <w:br/>
            </w:r>
          </w:p>
        </w:tc>
        <w:tc>
          <w:tcPr>
            <w:tcW w:w="4751" w:type="dxa"/>
            <w:vMerge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712201" w:rsidRDefault="00712201">
            <w:pPr>
              <w:spacing w:after="0" w:line="245" w:lineRule="auto"/>
            </w:pPr>
          </w:p>
        </w:tc>
      </w:tr>
    </w:tbl>
    <w:p w:rsidR="00775881" w:rsidRDefault="00775881">
      <w:pPr>
        <w:spacing w:before="60" w:after="0"/>
      </w:pPr>
    </w:p>
    <w:sectPr w:rsidR="00775881" w:rsidSect="00034616">
      <w:pgSz w:w="12240" w:h="15840"/>
      <w:pgMar w:top="648" w:right="864" w:bottom="605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3934BD"/>
    <w:multiLevelType w:val="hybridMultilevel"/>
    <w:tmpl w:val="1A42CDE4"/>
    <w:lvl w:ilvl="0" w:tplc="4228888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66C78"/>
    <w:rsid w:val="0015074B"/>
    <w:rsid w:val="00247AAA"/>
    <w:rsid w:val="00285A77"/>
    <w:rsid w:val="0029639D"/>
    <w:rsid w:val="003127C1"/>
    <w:rsid w:val="00326F90"/>
    <w:rsid w:val="003801F3"/>
    <w:rsid w:val="003C34A0"/>
    <w:rsid w:val="003D34AD"/>
    <w:rsid w:val="005A4114"/>
    <w:rsid w:val="00712201"/>
    <w:rsid w:val="00775881"/>
    <w:rsid w:val="009E20BE"/>
    <w:rsid w:val="00AA1D8D"/>
    <w:rsid w:val="00B30A6C"/>
    <w:rsid w:val="00B47730"/>
    <w:rsid w:val="00C80F17"/>
    <w:rsid w:val="00C90732"/>
    <w:rsid w:val="00CB0664"/>
    <w:rsid w:val="00E26A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D7D1F6"/>
  <w14:defaultImageDpi w14:val="300"/>
  <w15:docId w15:val="{B3B2F6E7-4013-469A-9575-C85CBE9F8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2B3FBE-27D6-452C-9822-A17B765BB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Tek Sayfalık Konstrüksiyon İhalesi Teklif Formu</dc:title>
  <dc:subject>Pavilyon konstrüksiyon işi için tek sayfalık fiyat teklif formu</dc:subject>
  <dc:creator>Kurum veya Şirket</dc:creator>
  <cp:keywords/>
  <dc:description>generated by python-docx</dc:description>
  <cp:lastModifiedBy>Selin Özsoy</cp:lastModifiedBy>
  <cp:revision>21</cp:revision>
  <dcterms:created xsi:type="dcterms:W3CDTF">2013-12-23T23:15:00Z</dcterms:created>
  <dcterms:modified xsi:type="dcterms:W3CDTF">2026-09-30T07:21:00Z</dcterms:modified>
  <cp:category/>
</cp:coreProperties>
</file>